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סבלנות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"סבלנות"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היכולת לחכות, להתמיד ולהישאר רגועים גם כשמשהו לוקח זמן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לעמוד במה שהבטחנו, לדאוג לדברים ולאנשים ולתקן כשטעינו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להתייחס לכל אדם, וגם לעצמנו, כבעל ערך, גם כשאנחנו שונים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לתת לאחר את מלוא תשומת הלב, להבין אותו ולא רק לחכות לתורנו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גדול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 ילדים (4 + ליה + 6)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סבלנות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סבלנות – היכולת לחכות, להתמיד ולהישאר רגועים גם כשמשהו לוקח זמן.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בתור לקנטינה עמדו עשרים ילדים, ויוסף היה רעב מאוד. כשמישהו ניסה להידחף לפניו, הוא כמעט צעק. בסוף נשם עמוק ואמר בשקט: "גם אני מחכה, בוא לסוף התור." מה עזר לו לא להתפרץ?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עושים כשמישהו מעצבן אותנו בתור?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ספרו, מי שרוצה, על משהו שהצליח רק אחרי הרבה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"סבלנות"?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לקחת בלי לבקש רשות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לחכות לתור שלי בלי להידחף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לספור עד חמש לפני שאני כועס או כועסת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לוותר מיד כשקשה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לסיים פאזל או ציור עד הסוף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⏳ סבלנות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לתת לאחר את מלוא תשומת הלב, להבין אותו ולא רק לחכות לתורנו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🎒 אחריות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היכולת לחכות, להתמיד ולהישאר רגועים גם כשמשהו לוקח זמן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👑 כבוד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להתייחס לכל אדם, וגם לעצמנו, כבעל ערך, גם כשאנחנו שונים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👂 הקשבה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לעמוד במה שהבטחנו, לדאוג לדברים ולאנשים ולתקן כשטעינו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"עץ ________ צומח לאט, טבעת אחרי טבעת"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ליה עומדת בתור. לפניה יש ארבעה ילדים ואחריה שישה ילדים. כמה ילדים בתור כולו?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לחכות לתור שלי בלי להידחף · לספור עד חמש לפני שאני כועס או כועסת · לסיים פאזל או ציור עד הסוף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למדתם השבוע על סבלנות?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הצלחתם לחכות או להתאפק?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סבלנות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