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חברות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"חברות"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אמון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friend / друг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play / играть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help / помогать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trust / доверие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🤝 חברות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חבר הוא מישהו שטוב לך איתו. חברים עוזרים זה לזה.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friend · друг · ጓደኛ · صديق · ami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לשחק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play · играть · መጫወት · يلعب · jouer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help · помогать · መርዳት · يساعد · aider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trust · доверие · እምነት · ثقة · confiance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חבר  |  לשחק  |  לעזור  |  אמון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trust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אמון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help / помогать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לשחק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play / играть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trust / доверие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friend / друг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הוא מישהו שטוב לך איתו. חברים עוזרים זה לזה.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"חבר".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עושה חבר טוב?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לשתף חבר במשחק או בצעצוע / לשאול חבר "מה שלומך?" ולהקשיב)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חברות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