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חברות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"חברות"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🤝 חברות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שׁוֹמְרִים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🤝 חברות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🤝 👫 💛  משפט השבוע: חֲבֵרִים שׁוֹמְרִים זֶה עַל זֶה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שׁוֹמְרִים  |  בְּסַבְלָנוּת  |  שֶׁהִבְטַחְנוּ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"חֲבֵרִים שׁוֹמְרִים זֶה עַל זֶה"?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🤝 חברות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⏳ סבלנות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לשתף חבר במשחק או בצעצוע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לשאול חבר "מה שלומך?" ולהקשיב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להאשים אחרים בלי לבדוק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חֲבֵרִים ________ זֶה עַל זֶה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עושה חבר טוב?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לשתף חבר במשחק או בצעצוע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חברות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